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  <w:i w:val="0"/>
          <w:sz w:val="18"/>
        </w:rPr>
        <w:t>Приложение N 8</w:t>
        <w:br/>
        <w:t>к приказу МВД России</w:t>
        <w:br/>
        <w:t>от 12.05.2026 N 290</w:t>
      </w:r>
    </w:p>
    <w:p>
      <w:pPr>
        <w:jc w:val="right"/>
      </w:pPr>
      <w:r>
        <w:rPr>
          <w:b/>
          <w:i w:val="0"/>
          <w:sz w:val="18"/>
        </w:rPr>
        <w:t>ФОРМА</w:t>
      </w:r>
    </w:p>
    <w:p>
      <w:pPr>
        <w:jc w:val="center"/>
      </w:pPr>
      <w:r>
        <w:rPr>
          <w:b/>
          <w:i w:val="0"/>
          <w:sz w:val="24"/>
        </w:rPr>
        <w:t>УВЕДОМЛЕНИЕ</w:t>
        <w:br/>
        <w:t>О ПРЕКРАЩЕНИИ (РАСТОРЖЕНИИ) ТРУДОВОГО ДОГОВОРА ИЛИ ГРАЖДАНСКО-ПРАВОВОГО ДОГОВОРА НА ВЫПОЛНЕНИЕ РАБОТ (ОКАЗАНИЕ УСЛУГ) С ИНОСТРАННЫМ ГРАЖДАНИНОМ (ЛИЦОМ БЕЗ ГРАЖДАНСТВА)</w:t>
      </w:r>
    </w:p>
    <w:p>
      <w:r>
        <w:rPr>
          <w:b w:val="0"/>
          <w:i w:val="0"/>
        </w:rPr>
        <w:t>Настоящее уведомление представляется в: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6"/>
        </w:rPr>
        <w:t>(наименование территориального органа МВД России на региональном уровне)</w:t>
      </w:r>
    </w:p>
    <w:p>
      <w:r>
        <w:rPr>
          <w:b/>
          <w:i w:val="0"/>
        </w:rPr>
        <w:t>1. Статус работодателя или заказчика работ (услуг) (нужное отметить X или V):</w:t>
      </w:r>
    </w:p>
    <w:p>
      <w:r>
        <w:rPr>
          <w:b w:val="0"/>
          <w:i w:val="0"/>
        </w:rPr>
        <w:t>☐ юридическое лицо        ☐ иное лицо, чья профессиональная деятельность в соответствии с федеральными законами подлежит государственной регистрации и (или) лицензированию</w:t>
      </w:r>
    </w:p>
    <w:p>
      <w:r>
        <w:rPr>
          <w:b w:val="0"/>
          <w:i w:val="0"/>
        </w:rPr>
        <w:t>☐ индивидуальный предприниматель        ☐ представительство иностранного юридического лица</w:t>
      </w:r>
    </w:p>
    <w:p>
      <w:r>
        <w:rPr>
          <w:b w:val="0"/>
          <w:i w:val="0"/>
        </w:rPr>
        <w:t>☐ адвокат, учредивший адвокатский кабинет        ☐ филиал иностранного юридического лица</w:t>
      </w:r>
    </w:p>
    <w:p>
      <w:r>
        <w:rPr>
          <w:b w:val="0"/>
          <w:i w:val="0"/>
        </w:rPr>
        <w:t>☐ физическое лицо - гражданин Российской Федерации        ☐ частный нотариус</w:t>
      </w:r>
    </w:p>
    <w:p>
      <w:r>
        <w:rPr>
          <w:b w:val="0"/>
          <w:i w:val="0"/>
        </w:rPr>
        <w:t>1.1. Основной вид экономической деятельности в соответствии с Общероссийским классификатором видов экономической деятельности (ОКВЭД): ______________</w:t>
      </w:r>
    </w:p>
    <w:p>
      <w:pPr>
        <w:jc w:val="center"/>
      </w:pPr>
      <w:r>
        <w:rPr>
          <w:b w:val="0"/>
          <w:i/>
          <w:sz w:val="16"/>
        </w:rPr>
        <w:t>(кодовое обозначение вида)</w:t>
      </w:r>
    </w:p>
    <w:p>
      <w:r>
        <w:rPr>
          <w:b/>
          <w:i w:val="0"/>
        </w:rPr>
        <w:t>1.2. Сведения о работодателе или заказчике работ (услуг):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6"/>
        </w:rPr>
        <w:t>(полное наименование юридического лица/филиала иностранного юридического лица/представительства иностранного юридического лица, фамилия, имя, отчество (при наличии) индивидуального предпринимателя/адвоката, учредившего адвокатский кабинет/частного нотариуса/физического лица - гражданина Российской Федерации)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6"/>
        </w:rPr>
        <w:t>(для юридических лиц - государственный регистрационный номер записи в Едином государственном реестре юридических лиц, для филиалов или представительств иностранных юридических лиц - номер документа, подтверждающего факт аккредитации филиала или представительства иностранного юридического лица, для индивидуальных предпринимателей - государственный регистрационный номер записи в Едином государственном реестре индивидуальных предпринимателей, для частных нотариусов - номер лицензии на право нотариальной деятельности, для физического лица - наименование документа, удостоверяющего личность, его серия и номер, кем и когда выдан)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6"/>
        </w:rPr>
        <w:t>(ИНН)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6"/>
        </w:rPr>
        <w:t>(место нахождения (для физического лица - адрес фактического места жительства) работодателя или заказчика работ (услуг): индекс, субъект Российской Федерации, район, город, населенный пункт, улица, дом, квартира/офис)</w:t>
      </w:r>
    </w:p>
    <w:p>
      <w:r>
        <w:rPr>
          <w:b w:val="0"/>
          <w:i w:val="0"/>
        </w:rPr>
        <w:t>Контактный телефон: ______________________________</w:t>
      </w:r>
    </w:p>
    <w:p>
      <w:r>
        <w:rPr>
          <w:b/>
          <w:i w:val="0"/>
        </w:rPr>
        <w:t>2. Сведения об иностранном гражданине (лице без гражданства), с которым работодателем или заказчиком работ (услуг) заключен трудовой договор или гражданско-правовой договор на выполнение работ (оказание услуг):</w:t>
      </w:r>
    </w:p>
    <w:p>
      <w:r>
        <w:rPr>
          <w:b w:val="0"/>
          <w:i w:val="0"/>
        </w:rPr>
        <w:t>2.1. Фамилия ____________________________________________________________________</w:t>
      </w:r>
    </w:p>
    <w:p>
      <w:r>
        <w:rPr>
          <w:b w:val="0"/>
          <w:i w:val="0"/>
        </w:rPr>
        <w:t>2.2. Имя ________________________________________________________________________</w:t>
      </w:r>
    </w:p>
    <w:p>
      <w:r>
        <w:rPr>
          <w:b w:val="0"/>
          <w:i w:val="0"/>
        </w:rPr>
        <w:t>2.3. Отчество (при наличии) _____________________________________________________</w:t>
      </w:r>
    </w:p>
    <w:p>
      <w:r>
        <w:rPr>
          <w:b w:val="0"/>
          <w:i w:val="0"/>
        </w:rPr>
        <w:t>2.4. Гражданство ________________________________________________________________</w:t>
      </w:r>
    </w:p>
    <w:p>
      <w:r>
        <w:rPr>
          <w:b w:val="0"/>
          <w:i w:val="0"/>
        </w:rPr>
        <w:t>2.5. Дата рождения: ____ . ____ . ________        Пол:  ☐ М   ☐ Ж</w:t>
      </w:r>
    </w:p>
    <w:p>
      <w:pPr>
        <w:jc w:val="center"/>
      </w:pPr>
      <w:r>
        <w:rPr>
          <w:b w:val="0"/>
          <w:i/>
          <w:sz w:val="16"/>
        </w:rPr>
        <w:t>(число) (месяц) (год)</w:t>
      </w:r>
    </w:p>
    <w:p>
      <w:r>
        <w:rPr>
          <w:b w:val="0"/>
          <w:i w:val="0"/>
        </w:rPr>
        <w:t>2.6. Документ, удостоверяющий личность: ____________________________________________</w:t>
      </w:r>
    </w:p>
    <w:p>
      <w:pPr>
        <w:jc w:val="center"/>
      </w:pPr>
      <w:r>
        <w:rPr>
          <w:b w:val="0"/>
          <w:i/>
          <w:sz w:val="16"/>
        </w:rPr>
        <w:t>(наименование)</w:t>
      </w:r>
    </w:p>
    <w:p>
      <w:r>
        <w:rPr>
          <w:b w:val="0"/>
          <w:i w:val="0"/>
        </w:rPr>
        <w:t>Серия ________ N ______________ Дата выдачи ____ . ____ . ________</w:t>
      </w:r>
    </w:p>
    <w:p>
      <w:pPr>
        <w:jc w:val="center"/>
      </w:pPr>
      <w:r>
        <w:rPr>
          <w:b w:val="0"/>
          <w:i/>
          <w:sz w:val="16"/>
        </w:rPr>
        <w:t>(число) (месяц) (год)</w:t>
      </w:r>
    </w:p>
    <w:p>
      <w:r>
        <w:rPr>
          <w:b w:val="0"/>
          <w:i w:val="0"/>
        </w:rPr>
        <w:t>Кем выдан ___________________________________________________________________________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/>
          <w:i w:val="0"/>
        </w:rPr>
        <w:t>3. Сведения о разрешении на работу или патенте, на основании которых иностранный гражданин (лицо без гражданства) осуществляет трудовую деятельность (не заполняется в случае осуществления трудовой деятельности без разрешения на работу или патента, а также в случае прекращения (расторжения) трудового договора или гражданско-правового договора на выполнение работ (оказание услуг) с иностранным гражданином (лицом без гражданства), привлекаемым к трудовой деятельности в качестве высококвалифицированного специалиста в соответствии со статьей 13.2 Федерального закона от 25 июля 2002 г. N 115-ФЗ "О правовом положении иностранных граждан в Российской Федерации", если разрешение на работу не было оформлено либо получено (выдано)):</w:t>
      </w:r>
    </w:p>
    <w:p>
      <w:r>
        <w:rPr>
          <w:b w:val="0"/>
          <w:i w:val="0"/>
        </w:rPr>
        <w:t>Наименование документа ______________________________________________________________</w:t>
      </w:r>
    </w:p>
    <w:p>
      <w:r>
        <w:rPr>
          <w:b w:val="0"/>
          <w:i w:val="0"/>
        </w:rPr>
        <w:t>Серия ________ N ______________ Дата выдачи ____ . ____ . ________</w:t>
      </w:r>
    </w:p>
    <w:p>
      <w:pPr>
        <w:jc w:val="center"/>
      </w:pPr>
      <w:r>
        <w:rPr>
          <w:b w:val="0"/>
          <w:i/>
          <w:sz w:val="16"/>
        </w:rPr>
        <w:t>(число) (месяц) (год)</w:t>
      </w:r>
    </w:p>
    <w:p>
      <w:r>
        <w:rPr>
          <w:b w:val="0"/>
          <w:i w:val="0"/>
        </w:rPr>
        <w:t>Кем выдан ___________________________________________________________________________</w:t>
      </w:r>
    </w:p>
    <w:p>
      <w:r>
        <w:rPr>
          <w:b w:val="0"/>
          <w:i w:val="0"/>
        </w:rPr>
        <w:t>Срок действия с ____ . ____ . ________ по ____ . ____ . ________</w:t>
      </w:r>
    </w:p>
    <w:p>
      <w:pPr>
        <w:jc w:val="center"/>
      </w:pPr>
      <w:r>
        <w:rPr>
          <w:b w:val="0"/>
          <w:i/>
          <w:sz w:val="16"/>
        </w:rPr>
        <w:t>(число) (месяц) (год)            (число) (месяц) (год)</w:t>
      </w:r>
    </w:p>
    <w:p>
      <w:r>
        <w:rPr>
          <w:b w:val="0"/>
          <w:i w:val="0"/>
        </w:rPr>
        <w:t>3.1. Трудовая деятельность осуществляется иностранным гражданином (лицом без гражданства) без разрешения на работу или патента на основании (не заполняется в случае осуществления трудовой деятельности на основании разрешения на работу или патента):</w:t>
      </w:r>
    </w:p>
    <w:p>
      <w:r>
        <w:rPr>
          <w:b w:val="0"/>
          <w:i w:val="0"/>
        </w:rPr>
        <w:t>Подпункт ____ пункта ____ статьи ______ Федерального закона от 25 июля 2002 г. N 115-ФЗ "О правовом положении иностранных граждан в Российской Федерации",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6"/>
        </w:rPr>
        <w:t>(наименование международного соглашения или ссылка на нормативный правовой акт Российской Федерации, предусматривающий осуществление трудовой деятельности без разрешения на работу или патента)</w:t>
      </w:r>
    </w:p>
    <w:p>
      <w:r>
        <w:rPr>
          <w:b w:val="0"/>
          <w:i w:val="0"/>
        </w:rPr>
        <w:t>3.2. Профессия (специальность, должность, вид трудовой деятельности) по трудовому или гражданско-правовому договору: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r>
        <w:rPr>
          <w:b w:val="0"/>
          <w:i w:val="0"/>
        </w:rPr>
        <w:t>3.3. Трудовая деятельность осуществлялась иностранным гражданином (лицом без гражданства) на основании (нужное отметить X или V):</w:t>
      </w:r>
    </w:p>
    <w:p>
      <w:r>
        <w:rPr>
          <w:b w:val="0"/>
          <w:i w:val="0"/>
        </w:rPr>
        <w:t>☐ трудового договора        ☐ гражданско-правового договора на выполнение работ (оказание услуг)</w:t>
      </w:r>
    </w:p>
    <w:p>
      <w:r>
        <w:rPr>
          <w:b w:val="0"/>
          <w:i w:val="0"/>
        </w:rPr>
        <w:t>Дата прекращения (расторжения) с иностранным гражданином (лицом без гражданства) трудового договора или гражданско-правового договора на выполнение работ (оказание услуг): ____ . ____ . ________</w:t>
      </w:r>
    </w:p>
    <w:p>
      <w:pPr>
        <w:jc w:val="center"/>
      </w:pPr>
      <w:r>
        <w:rPr>
          <w:b w:val="0"/>
          <w:i/>
          <w:sz w:val="16"/>
        </w:rPr>
        <w:t>(число) (месяц) (год)</w:t>
      </w:r>
    </w:p>
    <w:p>
      <w:r>
        <w:rPr>
          <w:b w:val="0"/>
          <w:i w:val="0"/>
        </w:rPr>
        <w:t>3.4. Трудовой договор или гражданско-правовой договор прекращен (расторгнут) по инициативе иностранного гражданина (лица без гражданства) (нужное отметить X или V):   ☐ да   ☐ нет</w:t>
      </w:r>
    </w:p>
    <w:p>
      <w:r>
        <w:rPr>
          <w:b/>
          <w:i w:val="0"/>
        </w:rPr>
        <w:t>4. Об ответственности за сообщение ложных сведений в уведомлении или предоставление поддельных документов предупрежден. Достоверность сведений, изложенных в настоящем уведомлении, подтверждаю:</w:t>
      </w:r>
    </w:p>
    <w:p>
      <w:r>
        <w:rPr>
          <w:b w:val="0"/>
          <w:i w:val="0"/>
        </w:rPr>
        <w:t>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6"/>
        </w:rPr>
        <w:t>(должность, подпись и фамилия, имя, отчество (при наличии) лица, уполномоченного подписывать уведомление (для физического лица - подпись и фамилия, имя, отчество (при наличии))</w:t>
      </w:r>
    </w:p>
    <w:p>
      <w:r>
        <w:rPr>
          <w:b w:val="0"/>
          <w:i w:val="0"/>
        </w:rPr>
        <w:t>"__" _____________ 20__ г.                                        Место для печати (при наличии)</w:t>
      </w:r>
    </w:p>
    <w:p>
      <w:r>
        <w:rPr>
          <w:b w:val="0"/>
          <w:i w:val="0"/>
        </w:rPr>
        <w:t>Уведомление подано по доверенности N ____ от "__" _____________ 20__ г.</w:t>
      </w:r>
    </w:p>
    <w:p>
      <w:r>
        <w:rPr>
          <w:b w:val="0"/>
          <w:i w:val="0"/>
        </w:rPr>
        <w:t>Паспортные данные лица, представляющего настоящее уведомление:</w:t>
      </w:r>
    </w:p>
    <w:p>
      <w:r>
        <w:rPr>
          <w:b w:val="0"/>
          <w:i w:val="0"/>
        </w:rPr>
        <w:t>Фамилия, имя, отчество (при наличии) ________________________________________________</w:t>
      </w:r>
    </w:p>
    <w:p>
      <w:r>
        <w:rPr>
          <w:b w:val="0"/>
          <w:i w:val="0"/>
        </w:rPr>
        <w:t>Серия __________ Номер ______________ Выдан "__" __________________ ____ г.</w:t>
      </w:r>
    </w:p>
    <w:p>
      <w:r>
        <w:rPr>
          <w:b w:val="0"/>
          <w:i w:val="0"/>
        </w:rPr>
        <w:t>Кем выдан ___________________________________________________________________________</w:t>
      </w:r>
    </w:p>
    <w:p>
      <w:r>
        <w:rPr>
          <w:b w:val="0"/>
          <w:i w:val="0"/>
        </w:rPr>
        <w:t>_______________________________</w:t>
      </w:r>
    </w:p>
    <w:p>
      <w:r>
        <w:rPr>
          <w:b w:val="0"/>
          <w:i/>
          <w:sz w:val="16"/>
        </w:rPr>
        <w:t>(подпись лица, представляющего уведомление)</w:t>
      </w:r>
    </w:p>
    <w:p>
      <w:r>
        <w:rPr>
          <w:b w:val="0"/>
          <w:i w:val="0"/>
          <w:sz w:val="16"/>
        </w:rPr>
        <w:t>&lt;1&gt; Пункт 8 статьи 13 Федерального закона от 25 июля 2002 г. N 115-ФЗ "О правовом положении иностранных граждан в Российской Федерации".</w:t>
      </w:r>
    </w:p>
    <w:sectPr w:rsidR="00FC693F" w:rsidRPr="0006063C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