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i w:val="0"/>
        </w:rPr>
        <w:t>СОГЛАСИЕ</w:t>
        <w:br/>
        <w:t>на обработку персональных данных, содержащихся в уведомлении о заключении (прекращении, расторжении) трудового договора или гражданско-правового договора на выполнение работ (оказание услуг)</w:t>
      </w:r>
    </w:p>
    <w:p>
      <w:pPr>
        <w:jc w:val="left"/>
      </w:pPr>
      <w:r>
        <w:rPr>
          <w:b w:val="0"/>
          <w:i w:val="0"/>
        </w:rPr>
        <w:t>Я, __________________________________________________________________,</w:t>
      </w:r>
    </w:p>
    <w:p>
      <w:pPr>
        <w:jc w:val="left"/>
      </w:pPr>
      <w:r>
        <w:rPr>
          <w:b w:val="0"/>
          <w:i/>
          <w:sz w:val="18"/>
        </w:rPr>
        <w:t>(фамилия, имя, отчество (при наличии))</w:t>
      </w:r>
    </w:p>
    <w:p>
      <w:pPr>
        <w:jc w:val="left"/>
      </w:pPr>
      <w:r>
        <w:rPr>
          <w:b w:val="0"/>
          <w:i w:val="0"/>
        </w:rPr>
        <w:t>гражданство ________________________________________________________,</w:t>
      </w:r>
    </w:p>
    <w:p>
      <w:pPr>
        <w:jc w:val="left"/>
      </w:pPr>
      <w:r>
        <w:rPr>
          <w:b w:val="0"/>
          <w:i w:val="0"/>
        </w:rPr>
        <w:t>документ, удостоверяющий личность: _______________________________________,</w:t>
      </w:r>
    </w:p>
    <w:p>
      <w:pPr>
        <w:jc w:val="left"/>
      </w:pPr>
      <w:r>
        <w:rPr>
          <w:b w:val="0"/>
          <w:i w:val="0"/>
        </w:rPr>
        <w:t>серия ________ № ______________, выдан ____________________________________</w:t>
      </w:r>
    </w:p>
    <w:p>
      <w:pPr>
        <w:jc w:val="left"/>
      </w:pPr>
      <w:r>
        <w:rPr>
          <w:b w:val="0"/>
          <w:i w:val="0"/>
        </w:rPr>
        <w:t>_________________________________________ «____» ______________ 20____ г.,</w:t>
      </w:r>
    </w:p>
    <w:p>
      <w:pPr>
        <w:jc w:val="left"/>
      </w:pPr>
      <w:r>
        <w:rPr>
          <w:b w:val="0"/>
          <w:i w:val="0"/>
        </w:rPr>
        <w:t>адрес места пребывания (жительства): _______________________________________,</w:t>
      </w:r>
    </w:p>
    <w:p>
      <w:pPr>
        <w:jc w:val="both"/>
      </w:pPr>
      <w:r>
        <w:rPr>
          <w:b w:val="0"/>
          <w:i w:val="0"/>
        </w:rPr>
        <w:t>в соответствии со статьёй 9 Федерального закона от 27.07.2006 № 152-ФЗ «О персональных данных» свободно, своей волей и в своём интересе даю согласие</w:t>
      </w:r>
    </w:p>
    <w:p>
      <w:pPr>
        <w:jc w:val="left"/>
      </w:pPr>
      <w:r>
        <w:rPr>
          <w:b w:val="0"/>
          <w:i w:val="0"/>
        </w:rPr>
        <w:t>__________________________________________________________________________</w:t>
      </w:r>
    </w:p>
    <w:p>
      <w:pPr>
        <w:jc w:val="center"/>
      </w:pPr>
      <w:r>
        <w:rPr>
          <w:b w:val="0"/>
          <w:i/>
          <w:sz w:val="18"/>
        </w:rPr>
        <w:t>(наименование работодателя или заказчика работ (услуг), ИНН, адрес)</w:t>
      </w:r>
    </w:p>
    <w:p>
      <w:pPr>
        <w:jc w:val="both"/>
      </w:pPr>
      <w:r>
        <w:rPr>
          <w:b w:val="0"/>
          <w:i w:val="0"/>
        </w:rPr>
        <w:t>на обработку моих персональных данных, содержащихся в уведомлении о заключении (прекращении, расторжении) со мной трудового договора или гражданско-правового договора на выполнение работ (оказание услуг), и в приложениях к нему.</w:t>
      </w:r>
    </w:p>
    <w:p>
      <w:pPr>
        <w:jc w:val="both"/>
      </w:pPr>
      <w:r>
        <w:rPr>
          <w:b w:val="0"/>
          <w:i w:val="0"/>
        </w:rPr>
        <w:t>Перечень персональных данных: фамилия, имя, отчество (при наличии); дата и место рождения; пол; гражданство; реквизиты документа, удостоверяющего личность; реквизиты патента, разрешения на работу, разрешения на временное проживание или вида на жительство; адрес места пребывания (жительства); сведения о профессии (должности), месте и сроке осуществления трудовой деятельности; реквизиты и срок действия договора.</w:t>
      </w:r>
    </w:p>
    <w:p>
      <w:pPr>
        <w:jc w:val="both"/>
      </w:pPr>
      <w:r>
        <w:rPr>
          <w:b w:val="0"/>
          <w:i w:val="0"/>
        </w:rPr>
        <w:t>Цель обработки: исполнение работодателем (заказчиком работ, услуг) обязанности уведомить территориальный орган федерального органа исполнительной власти в сфере внутренних дел, предусмотренной пунктом 8 статьи 13 Федерального закона от 25.07.2002 № 115-ФЗ «О правовом положении иностранных граждан в Российской Федерации».</w:t>
      </w:r>
    </w:p>
    <w:p>
      <w:pPr>
        <w:jc w:val="both"/>
      </w:pPr>
      <w:r>
        <w:rPr>
          <w:b w:val="0"/>
          <w:i w:val="0"/>
        </w:rPr>
        <w:t>Перечень действий: сбор, запись, систематизация, накопление, хранение, уточнение (обновление, изменение), использование, передача (предоставление) в территориальный орган в сфере внутренних дел, блокирование, удаление, уничтожение. Обработка осуществляется смешанным способом.</w:t>
      </w:r>
    </w:p>
    <w:p>
      <w:pPr>
        <w:jc w:val="both"/>
      </w:pPr>
      <w:r>
        <w:rPr>
          <w:b w:val="0"/>
          <w:i w:val="0"/>
        </w:rPr>
        <w:t>Согласие действует со дня подписания до истечения срока хранения соответствующего уведомления и может быть отозвано мной в письменной форме.</w:t>
      </w:r>
    </w:p>
    <w:p>
      <w:pPr>
        <w:jc w:val="left"/>
      </w:pPr>
      <w:r>
        <w:rPr>
          <w:b w:val="0"/>
          <w:i w:val="0"/>
        </w:rPr>
        <w:br/>
        <w:t>«____» ______________ 20____ г.          ______________ / ______________________</w:t>
      </w:r>
    </w:p>
    <w:p>
      <w:pPr>
        <w:jc w:val="left"/>
      </w:pPr>
      <w:r>
        <w:rPr>
          <w:b w:val="0"/>
          <w:i/>
          <w:sz w:val="18"/>
        </w:rPr>
        <w:t xml:space="preserve">                                                               (подпись)                  (расшифровка)</w:t>
      </w:r>
    </w:p>
    <w:p>
      <w:pPr>
        <w:jc w:val="both"/>
      </w:pPr>
      <w:r>
        <w:rPr>
          <w:b w:val="0"/>
          <w:i/>
          <w:sz w:val="18"/>
        </w:rPr>
        <w:br/>
        <w:t>Примечание: перед подачей сверьте текст с рекомендуемым образцом согласия из приложений к приказу МВД России от 12.05.2026 № 290.</w:t>
      </w:r>
    </w:p>
    <w:sectPr w:rsidR="00FC693F" w:rsidRPr="0006063C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