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</w:rPr>
        <w:t>ДОПОЛНИТЕЛЬНОЕ СОГЛАШЕНИЕ № ___</w:t>
        <w:br/>
        <w:t>к трудовому договору от «____» ______________ 20____ г. № ______</w:t>
      </w:r>
    </w:p>
    <w:p>
      <w:pPr>
        <w:jc w:val="left"/>
      </w:pPr>
      <w:r>
        <w:rPr>
          <w:b w:val="0"/>
          <w:i w:val="0"/>
        </w:rPr>
        <w:t>г. ____________________                                                  «____» ______________ 20____ г.</w:t>
      </w:r>
    </w:p>
    <w:p>
      <w:pPr>
        <w:jc w:val="both"/>
      </w:pPr>
      <w:r>
        <w:rPr>
          <w:b w:val="0"/>
          <w:i w:val="0"/>
        </w:rPr>
        <w:t>______________________________________________________ (наименование работодателя), именуемое в дальнейшем «Работодатель», в лице ______________________________________________, действующего на основании ____________________, с одной стороны, и гражданин(ка) ______________________ (государство) ___________________________________________ (ФИО), именуемый(ая) в дальнейшем «Работник», с другой стороны, в связи с получением Работником вида на жительство в Российской Федерации заключили настоящее дополнительное соглашение о нижеследующем:</w:t>
      </w:r>
    </w:p>
    <w:p>
      <w:pPr>
        <w:jc w:val="both"/>
      </w:pPr>
      <w:r>
        <w:rPr>
          <w:b w:val="0"/>
          <w:i w:val="0"/>
        </w:rPr>
        <w:t>1. Стороны пришли к соглашению изложить пункт ____ трудового договора, содержащий сведения о патенте, в следующей редакции:</w:t>
        <w:br/>
        <w:t>«Работник является иностранным гражданином, постоянно проживающим в Российской Федерации. Сведения о виде на жительство: серия ______ № ______________, дата выдачи «____» ______________ 20____ г., выдан ______________________________________________________ (орган, выдавший документ)» (статья 327.2 Трудового кодекса РФ).</w:t>
      </w:r>
    </w:p>
    <w:p>
      <w:pPr>
        <w:jc w:val="both"/>
      </w:pPr>
      <w:r>
        <w:rPr>
          <w:b w:val="0"/>
          <w:i w:val="0"/>
        </w:rPr>
        <w:t>2. Исключить из трудового договора сведения о патенте (серия ______ № ______________, дата выдачи «____» ______________ 20____ г.).</w:t>
      </w:r>
    </w:p>
    <w:p>
      <w:pPr>
        <w:jc w:val="both"/>
      </w:pPr>
      <w:r>
        <w:rPr>
          <w:b w:val="0"/>
          <w:i w:val="0"/>
        </w:rPr>
        <w:t>3. Исключить из трудового договора условие об оказании Работнику медицинской помощи на основании договора (полиса) добровольного медицинского страхования, предусмотренное для временно пребывающих иностранных граждан (пункт ____ трудового договора). [Исключается по договорённости сторон; если ДМС предоставляется Работнику как социальная гарантия, пункт сохраняется.]</w:t>
      </w:r>
    </w:p>
    <w:p>
      <w:pPr>
        <w:jc w:val="both"/>
      </w:pPr>
      <w:r>
        <w:rPr>
          <w:b w:val="0"/>
          <w:i w:val="0"/>
        </w:rPr>
        <w:t>4. Работник предъявил Работодателю вид на жительство в соответствии со статьёй 327.3 Трудового кодекса РФ. Копия вида на жительство хранится в личном деле Работника.</w:t>
      </w:r>
    </w:p>
    <w:p>
      <w:pPr>
        <w:jc w:val="both"/>
      </w:pPr>
      <w:r>
        <w:rPr>
          <w:b w:val="0"/>
          <w:i w:val="0"/>
        </w:rPr>
        <w:t>5. Остальные условия трудового договора, не затронутые настоящим соглашением, остаются неизменными.</w:t>
      </w:r>
    </w:p>
    <w:p>
      <w:pPr>
        <w:jc w:val="both"/>
      </w:pPr>
      <w:r>
        <w:rPr>
          <w:b w:val="0"/>
          <w:i w:val="0"/>
        </w:rPr>
        <w:t>6. Настоящее соглашение вступает в силу с «____» ______________ 20____ г. и является неотъемлемой частью трудового договора.</w:t>
      </w:r>
    </w:p>
    <w:p>
      <w:pPr>
        <w:jc w:val="both"/>
      </w:pPr>
      <w:r>
        <w:rPr>
          <w:b w:val="0"/>
          <w:i w:val="0"/>
        </w:rPr>
        <w:t>7. Настоящее соглашение составлено в двух экземплярах, имеющих одинаковую юридическую силу, по одному для каждой из сторон.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РАБОТОДАТЕЛЬ:</w:t>
              <w:br/>
              <w:t>_____________________________</w:t>
              <w:br/>
              <w:t>_____________________________</w:t>
              <w:br/>
              <w:t>ИНН __________________</w:t>
              <w:br/>
              <w:br/>
              <w:t>______________ / ____________</w:t>
              <w:br/>
              <w:t>(подпись)          (ФИО)</w:t>
              <w:br/>
              <w:t>М.П. (при наличии)</w:t>
            </w:r>
          </w:p>
        </w:tc>
        <w:tc>
          <w:tcPr>
            <w:tcW w:type="dxa" w:w="4986"/>
          </w:tcPr>
          <w:p>
            <w:r>
              <w:t>РАБОТНИК:</w:t>
              <w:br/>
              <w:t>_____________________________</w:t>
              <w:br/>
              <w:t>ВНЖ серия ____ № __________</w:t>
              <w:br/>
              <w:t>выдан _______________________</w:t>
              <w:br/>
              <w:br/>
              <w:t>______________ / ____________</w:t>
              <w:br/>
              <w:t>(подпись)          (ФИО)</w:t>
            </w:r>
          </w:p>
        </w:tc>
      </w:tr>
    </w:tbl>
    <w:p>
      <w:pPr>
        <w:jc w:val="left"/>
      </w:pPr>
      <w:r>
        <w:rPr>
          <w:b w:val="0"/>
          <w:i w:val="0"/>
        </w:rPr>
        <w:br/>
        <w:t>Экземпляр дополнительного соглашения получил(а): ______________ / ______________   «____» ______________ 20____ г.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